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MENO A PRIEZVISKO</w:t>
      </w:r>
    </w:p>
    <w:p>
      <w:r>
        <w:rPr>
          <w:b/>
          <w:color w:val="555555"/>
        </w:rPr>
        <w:t>[Profesijné zameranie alebo názov cieľovej pozície]</w:t>
      </w:r>
    </w:p>
    <w:p>
      <w:r>
        <w:rPr>
          <w:color w:val="555555"/>
        </w:rPr>
        <w:t>[Mesto]  •  [Telefón]  •  [E-mail]  •  [LinkedIn profil, ak ho používate]</w:t>
      </w:r>
    </w:p>
    <w:p>
      <w:pPr>
        <w:pStyle w:val="Heading2"/>
        <w:spacing w:before="200" w:after="100"/>
      </w:pPr>
      <w:r>
        <w:t>Profesijný profil</w:t>
      </w:r>
    </w:p>
    <w:p>
      <w:pPr>
        <w:spacing w:after="100"/>
      </w:pPr>
      <w:r>
        <w:rPr>
          <w:color w:val="555555"/>
        </w:rPr>
        <w:t>[V 2 až 3 vetách opíšte svoju odbornosť, relevantné skúsenosti a zameranie ďalšej práce. Prispôsobte profil konkrétnej ponuke.]</w:t>
      </w:r>
    </w:p>
    <w:p>
      <w:pPr>
        <w:pStyle w:val="Heading2"/>
        <w:spacing w:before="200" w:after="100"/>
      </w:pPr>
      <w:r>
        <w:t>Pracovné skúsenosti</w:t>
      </w:r>
    </w:p>
    <w:p>
      <w:pPr>
        <w:spacing w:after="100"/>
      </w:pPr>
      <w:r>
        <w:rPr>
          <w:b/>
          <w:color w:val="555555"/>
        </w:rPr>
        <w:t>[Názov aktuálnej alebo poslednej pozície]  /  [Firma a mesto]</w:t>
      </w:r>
    </w:p>
    <w:p>
      <w:pPr>
        <w:spacing w:after="100"/>
      </w:pPr>
      <w:r>
        <w:rPr>
          <w:color w:val="555555"/>
        </w:rPr>
        <w:t>[MM/RRRR – súčasnosť alebo MM/RRRR]</w:t>
      </w:r>
    </w:p>
    <w:p>
      <w:pPr>
        <w:pStyle w:val="ListBullet"/>
        <w:spacing w:after="100"/>
      </w:pPr>
      <w:r>
        <w:rPr>
          <w:color w:val="555555"/>
        </w:rPr>
        <w:t>[Rozsah zodpovednosti alebo veľkosť tímu a prostredie firmy.]</w:t>
      </w:r>
    </w:p>
    <w:p>
      <w:pPr>
        <w:pStyle w:val="ListBullet"/>
        <w:spacing w:after="100"/>
      </w:pPr>
      <w:r>
        <w:rPr>
          <w:color w:val="555555"/>
        </w:rPr>
        <w:t>[Kľúčová úloha relevantná pre pozíciu, o ktorú sa uchádzate.]</w:t>
      </w:r>
    </w:p>
    <w:p>
      <w:pPr>
        <w:pStyle w:val="ListBullet"/>
        <w:spacing w:after="100"/>
      </w:pPr>
      <w:r>
        <w:rPr>
          <w:color w:val="555555"/>
        </w:rPr>
        <w:t>[Konkrétny výsledok vašej práce. Číslo použite iba ak je pravdivé a overiteľné.]</w:t>
      </w:r>
    </w:p>
    <w:p>
      <w:pPr>
        <w:spacing w:after="100"/>
      </w:pPr>
      <w:r>
        <w:rPr>
          <w:b/>
          <w:color w:val="555555"/>
        </w:rPr>
        <w:t>[Predchádzajúca pozícia]  /  [Firma a mesto]</w:t>
      </w:r>
    </w:p>
    <w:p>
      <w:pPr>
        <w:spacing w:after="100"/>
      </w:pPr>
      <w:r>
        <w:rPr>
          <w:color w:val="555555"/>
        </w:rPr>
        <w:t>[MM/RRRR – MM/RRRR]</w:t>
      </w:r>
    </w:p>
    <w:p>
      <w:pPr>
        <w:pStyle w:val="ListBullet"/>
        <w:spacing w:after="100"/>
      </w:pPr>
      <w:r>
        <w:rPr>
          <w:color w:val="555555"/>
        </w:rPr>
        <w:t>[Hlavná zodpovednosť a súvislosť s cieľovou pozíciou.]</w:t>
      </w:r>
    </w:p>
    <w:p>
      <w:pPr>
        <w:pStyle w:val="ListBullet"/>
        <w:spacing w:after="100"/>
      </w:pPr>
      <w:r>
        <w:rPr>
          <w:color w:val="555555"/>
        </w:rPr>
        <w:t>[Výsledok alebo významný projekt a váš vlastný prínos.]</w:t>
      </w:r>
    </w:p>
    <w:p>
      <w:pPr>
        <w:pStyle w:val="Heading2"/>
        <w:spacing w:before="200" w:after="100"/>
      </w:pPr>
      <w:r>
        <w:t>Vzdelanie a relevantné kurzy</w:t>
      </w:r>
    </w:p>
    <w:p>
      <w:pPr>
        <w:spacing w:after="100"/>
      </w:pPr>
      <w:r>
        <w:rPr>
          <w:color w:val="555555"/>
        </w:rPr>
        <w:t>[Stupeň a odbor vzdelania]  /  [Škola]  /  [Obdobie]</w:t>
      </w:r>
    </w:p>
    <w:p>
      <w:pPr>
        <w:spacing w:after="100"/>
      </w:pPr>
      <w:r>
        <w:rPr>
          <w:color w:val="555555"/>
        </w:rPr>
        <w:t>[Relevantný kurz alebo oprávnenie]  /  [Poskytovateľ a rok]</w:t>
      </w:r>
    </w:p>
    <w:p>
      <w:pPr>
        <w:pStyle w:val="Heading2"/>
        <w:spacing w:before="200" w:after="100"/>
      </w:pPr>
      <w:r>
        <w:t>Odborné zručnosti a nástroje</w:t>
      </w:r>
    </w:p>
    <w:p>
      <w:pPr>
        <w:spacing w:after="100"/>
      </w:pPr>
      <w:r>
        <w:rPr>
          <w:color w:val="555555"/>
        </w:rPr>
        <w:t>[Nástroj alebo odbornosť] – [konkrétne využitie alebo úroveň]</w:t>
      </w:r>
    </w:p>
    <w:p>
      <w:pPr>
        <w:pStyle w:val="Heading2"/>
        <w:spacing w:before="200" w:after="100"/>
      </w:pPr>
      <w:r>
        <w:t>Jazykové znalosti</w:t>
      </w:r>
    </w:p>
    <w:p>
      <w:pPr>
        <w:spacing w:after="100"/>
      </w:pPr>
      <w:r>
        <w:rPr>
          <w:color w:val="555555"/>
        </w:rPr>
        <w:t>[Jazyk] – [úroveň napríklad B2] – [pracovné využitie]</w:t>
      </w:r>
    </w:p>
    <w:p>
      <w:pPr>
        <w:pStyle w:val="Heading2"/>
        <w:spacing w:before="200" w:after="100"/>
      </w:pPr>
      <w:r>
        <w:t>Doplňujúce informácie</w:t>
      </w:r>
    </w:p>
    <w:p>
      <w:pPr>
        <w:spacing w:after="100"/>
      </w:pPr>
      <w:r>
        <w:rPr>
          <w:color w:val="555555"/>
        </w:rPr>
        <w:t>[Voliteľne dostupnosť na nástup alebo cestovanie, ak sú pre rolu relevantné.]</w:t>
      </w:r>
    </w:p>
    <w:sectPr w:rsidR="00FC693F" w:rsidRPr="0006063C" w:rsidSect="00034616">
      <w:pgSz w:w="12240" w:h="15840"/>
      <w:pgMar w:top="1037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2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widowControl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widowControl/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widowControl/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widowControl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widowControl/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widowControl/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widowControl/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140"/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widowControl/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widowControl/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after="140"/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widowControl/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widowControl/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widowControl/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widowControl/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widowControl/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widowControl/>
    </w:pPr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widowControl/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widowControl/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widowControl/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Šablóna životopisu ASTELL</dc:title>
  <dc:subject/>
  <dc:creator>ASTELL</dc:creator>
  <cp:keywords>kandidáti, životopis, pohovor, kariéra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